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Safe Cleaning Products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Product</w:t>
            </w:r>
          </w:p>
        </w:tc>
        <w:tc>
          <w:tcPr>
            <w:tcW w:type="dxa" w:w="2880"/>
          </w:tcPr>
          <w:p>
            <w:r>
              <w:t>Use</w:t>
            </w:r>
          </w:p>
        </w:tc>
        <w:tc>
          <w:tcPr>
            <w:tcW w:type="dxa" w:w="2880"/>
          </w:tcPr>
          <w:p>
            <w:r>
              <w:t>Why It's Safer</w:t>
            </w:r>
          </w:p>
        </w:tc>
      </w:tr>
      <w:tr>
        <w:tc>
          <w:tcPr>
            <w:tcW w:type="dxa" w:w="2880"/>
          </w:tcPr>
          <w:p>
            <w:r>
              <w:t>Vinegar</w:t>
            </w:r>
          </w:p>
        </w:tc>
        <w:tc>
          <w:tcPr>
            <w:tcW w:type="dxa" w:w="2880"/>
          </w:tcPr>
          <w:p>
            <w:r>
              <w:t>Clean glass</w:t>
            </w:r>
          </w:p>
        </w:tc>
        <w:tc>
          <w:tcPr>
            <w:tcW w:type="dxa" w:w="2880"/>
          </w:tcPr>
          <w:p>
            <w:r>
              <w:t>Non-toxic and inexpensive</w:t>
            </w:r>
          </w:p>
        </w:tc>
      </w:tr>
      <w:tr>
        <w:tc>
          <w:tcPr>
            <w:tcW w:type="dxa" w:w="2880"/>
          </w:tcPr>
          <w:p>
            <w:r>
              <w:t>Baking Soda</w:t>
            </w:r>
          </w:p>
        </w:tc>
        <w:tc>
          <w:tcPr>
            <w:tcW w:type="dxa" w:w="2880"/>
          </w:tcPr>
          <w:p>
            <w:r>
              <w:t>Scrub surfaces</w:t>
            </w:r>
          </w:p>
        </w:tc>
        <w:tc>
          <w:tcPr>
            <w:tcW w:type="dxa" w:w="2880"/>
          </w:tcPr>
          <w:p>
            <w:r>
              <w:t>Gentle abrasive, safe for children</w:t>
            </w:r>
          </w:p>
        </w:tc>
      </w:tr>
      <w:tr>
        <w:tc>
          <w:tcPr>
            <w:tcW w:type="dxa" w:w="2880"/>
          </w:tcPr>
          <w:p>
            <w:r>
              <w:t>Lemon Juice</w:t>
            </w:r>
          </w:p>
        </w:tc>
        <w:tc>
          <w:tcPr>
            <w:tcW w:type="dxa" w:w="2880"/>
          </w:tcPr>
          <w:p>
            <w:r>
              <w:t>Deodorize kitchen</w:t>
            </w:r>
          </w:p>
        </w:tc>
        <w:tc>
          <w:tcPr>
            <w:tcW w:type="dxa" w:w="2880"/>
          </w:tcPr>
          <w:p>
            <w:r>
              <w:t>Natural disinfectant, fresh scent</w:t>
            </w:r>
          </w:p>
        </w:tc>
      </w:tr>
      <w:tr>
        <w:tc>
          <w:tcPr>
            <w:tcW w:type="dxa" w:w="2880"/>
          </w:tcPr>
          <w:p>
            <w:r>
              <w:t>Olive Oil</w:t>
            </w:r>
          </w:p>
        </w:tc>
        <w:tc>
          <w:tcPr>
            <w:tcW w:type="dxa" w:w="2880"/>
          </w:tcPr>
          <w:p>
            <w:r>
              <w:t>Polish wood</w:t>
            </w:r>
          </w:p>
        </w:tc>
        <w:tc>
          <w:tcPr>
            <w:tcW w:type="dxa" w:w="2880"/>
          </w:tcPr>
          <w:p>
            <w:r>
              <w:t>Chemical-free furniture polish</w:t>
            </w:r>
          </w:p>
        </w:tc>
      </w:tr>
      <w:tr>
        <w:tc>
          <w:tcPr>
            <w:tcW w:type="dxa" w:w="2880"/>
          </w:tcPr>
          <w:p>
            <w:r>
              <w:t>Castile Soap</w:t>
            </w:r>
          </w:p>
        </w:tc>
        <w:tc>
          <w:tcPr>
            <w:tcW w:type="dxa" w:w="2880"/>
          </w:tcPr>
          <w:p>
            <w:r>
              <w:t>General cleaner</w:t>
            </w:r>
          </w:p>
        </w:tc>
        <w:tc>
          <w:tcPr>
            <w:tcW w:type="dxa" w:w="2880"/>
          </w:tcPr>
          <w:p>
            <w:r>
              <w:t>Biodegradable and versatile</w:t>
            </w:r>
          </w:p>
        </w:tc>
      </w:tr>
      <w:tr>
        <w:tc>
          <w:tcPr>
            <w:tcW w:type="dxa" w:w="2880"/>
          </w:tcPr>
          <w:p>
            <w:r>
              <w:t>Hydrogen Peroxide</w:t>
            </w:r>
          </w:p>
        </w:tc>
        <w:tc>
          <w:tcPr>
            <w:tcW w:type="dxa" w:w="2880"/>
          </w:tcPr>
          <w:p>
            <w:r>
              <w:t>Sanitize counters</w:t>
            </w:r>
          </w:p>
        </w:tc>
        <w:tc>
          <w:tcPr>
            <w:tcW w:type="dxa" w:w="2880"/>
          </w:tcPr>
          <w:p>
            <w:r>
              <w:t>Safe alternative to bleach</w:t>
            </w:r>
          </w:p>
        </w:tc>
      </w:tr>
      <w:tr>
        <w:tc>
          <w:tcPr>
            <w:tcW w:type="dxa" w:w="2880"/>
          </w:tcPr>
          <w:p>
            <w:r>
              <w:t>Cornstarch</w:t>
            </w:r>
          </w:p>
        </w:tc>
        <w:tc>
          <w:tcPr>
            <w:tcW w:type="dxa" w:w="2880"/>
          </w:tcPr>
          <w:p>
            <w:r>
              <w:t>Clean windows</w:t>
            </w:r>
          </w:p>
        </w:tc>
        <w:tc>
          <w:tcPr>
            <w:tcW w:type="dxa" w:w="2880"/>
          </w:tcPr>
          <w:p>
            <w:r>
              <w:t>Streak-free shine</w:t>
            </w:r>
          </w:p>
        </w:tc>
      </w:tr>
      <w:tr>
        <w:tc>
          <w:tcPr>
            <w:tcW w:type="dxa" w:w="2880"/>
          </w:tcPr>
          <w:p>
            <w:r>
              <w:t>Essential Oils</w:t>
            </w:r>
          </w:p>
        </w:tc>
        <w:tc>
          <w:tcPr>
            <w:tcW w:type="dxa" w:w="2880"/>
          </w:tcPr>
          <w:p>
            <w:r>
              <w:t>Add fragrance</w:t>
            </w:r>
          </w:p>
        </w:tc>
        <w:tc>
          <w:tcPr>
            <w:tcW w:type="dxa" w:w="2880"/>
          </w:tcPr>
          <w:p>
            <w:r>
              <w:t>Natural and customizable scents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