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Eco-Friendly Cleaning Supply Inventory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Category</w:t>
            </w:r>
          </w:p>
        </w:tc>
        <w:tc>
          <w:tcPr>
            <w:tcW w:type="dxa" w:w="2160"/>
          </w:tcPr>
          <w:p>
            <w:r>
              <w:t>Sub-Category</w:t>
            </w:r>
          </w:p>
        </w:tc>
        <w:tc>
          <w:tcPr>
            <w:tcW w:type="dxa" w:w="2160"/>
          </w:tcPr>
          <w:p>
            <w:r>
              <w:t>Item #</w:t>
            </w:r>
          </w:p>
        </w:tc>
        <w:tc>
          <w:tcPr>
            <w:tcW w:type="dxa" w:w="2160"/>
          </w:tcPr>
          <w:p>
            <w:r>
              <w:t>Quantity</w:t>
            </w:r>
          </w:p>
        </w:tc>
      </w:tr>
      <w:tr>
        <w:tc>
          <w:tcPr>
            <w:tcW w:type="dxa" w:w="2160"/>
          </w:tcPr>
          <w:p>
            <w:r>
              <w:t>Hand Soap</w:t>
            </w:r>
          </w:p>
        </w:tc>
        <w:tc>
          <w:tcPr>
            <w:tcW w:type="dxa" w:w="2160"/>
          </w:tcPr>
          <w:p>
            <w:r>
              <w:t>Citrus Blossom</w:t>
            </w:r>
          </w:p>
        </w:tc>
        <w:tc>
          <w:tcPr>
            <w:tcW w:type="dxa" w:w="2160"/>
          </w:tcPr>
          <w:p>
            <w:r>
              <w:t>401235</w:t>
            </w:r>
          </w:p>
        </w:tc>
        <w:tc>
          <w:tcPr>
            <w:tcW w:type="dxa" w:w="2160"/>
          </w:tcPr>
          <w:p>
            <w:r>
              <w:t>28</w:t>
            </w:r>
          </w:p>
        </w:tc>
      </w:tr>
      <w:tr>
        <w:tc>
          <w:tcPr>
            <w:tcW w:type="dxa" w:w="2160"/>
          </w:tcPr>
          <w:p>
            <w:r>
              <w:t>Laundry</w:t>
            </w:r>
          </w:p>
        </w:tc>
        <w:tc>
          <w:tcPr>
            <w:tcW w:type="dxa" w:w="2160"/>
          </w:tcPr>
          <w:p>
            <w:r>
              <w:t>Fresh Meadow Detergent</w:t>
            </w:r>
          </w:p>
        </w:tc>
        <w:tc>
          <w:tcPr>
            <w:tcW w:type="dxa" w:w="2160"/>
          </w:tcPr>
          <w:p>
            <w:r>
              <w:t>762314</w:t>
            </w:r>
          </w:p>
        </w:tc>
        <w:tc>
          <w:tcPr>
            <w:tcW w:type="dxa" w:w="2160"/>
          </w:tcPr>
          <w:p>
            <w:r>
              <w:t>47</w:t>
            </w:r>
          </w:p>
        </w:tc>
      </w:tr>
      <w:tr>
        <w:tc>
          <w:tcPr>
            <w:tcW w:type="dxa" w:w="2160"/>
          </w:tcPr>
          <w:p>
            <w:r>
              <w:t>Dishwashing</w:t>
            </w:r>
          </w:p>
        </w:tc>
        <w:tc>
          <w:tcPr>
            <w:tcW w:type="dxa" w:w="2160"/>
          </w:tcPr>
          <w:p>
            <w:r>
              <w:t>Peppermint &amp; Aloe</w:t>
            </w:r>
          </w:p>
        </w:tc>
        <w:tc>
          <w:tcPr>
            <w:tcW w:type="dxa" w:w="2160"/>
          </w:tcPr>
          <w:p>
            <w:r>
              <w:t>945612</w:t>
            </w:r>
          </w:p>
        </w:tc>
        <w:tc>
          <w:tcPr>
            <w:tcW w:type="dxa" w:w="2160"/>
          </w:tcPr>
          <w:p>
            <w:r>
              <w:t>36</w:t>
            </w:r>
          </w:p>
        </w:tc>
      </w:tr>
      <w:tr>
        <w:tc>
          <w:tcPr>
            <w:tcW w:type="dxa" w:w="2160"/>
          </w:tcPr>
          <w:p>
            <w:r>
              <w:t>Hand Soap</w:t>
            </w:r>
          </w:p>
        </w:tc>
        <w:tc>
          <w:tcPr>
            <w:tcW w:type="dxa" w:w="2160"/>
          </w:tcPr>
          <w:p>
            <w:r>
              <w:t>Berry Fusion</w:t>
            </w:r>
          </w:p>
        </w:tc>
        <w:tc>
          <w:tcPr>
            <w:tcW w:type="dxa" w:w="2160"/>
          </w:tcPr>
          <w:p>
            <w:r>
              <w:t>128745</w:t>
            </w:r>
          </w:p>
        </w:tc>
        <w:tc>
          <w:tcPr>
            <w:tcW w:type="dxa" w:w="2160"/>
          </w:tcPr>
          <w:p>
            <w:r>
              <w:t>19</w:t>
            </w:r>
          </w:p>
        </w:tc>
      </w:tr>
      <w:tr>
        <w:tc>
          <w:tcPr>
            <w:tcW w:type="dxa" w:w="2160"/>
          </w:tcPr>
          <w:p>
            <w:r>
              <w:t>Surface Cleaner</w:t>
            </w:r>
          </w:p>
        </w:tc>
        <w:tc>
          <w:tcPr>
            <w:tcW w:type="dxa" w:w="2160"/>
          </w:tcPr>
          <w:p>
            <w:r>
              <w:t>Tile &amp; Grout</w:t>
            </w:r>
          </w:p>
        </w:tc>
        <w:tc>
          <w:tcPr>
            <w:tcW w:type="dxa" w:w="2160"/>
          </w:tcPr>
          <w:p>
            <w:r>
              <w:t>374829</w:t>
            </w:r>
          </w:p>
        </w:tc>
        <w:tc>
          <w:tcPr>
            <w:tcW w:type="dxa" w:w="2160"/>
          </w:tcPr>
          <w:p>
            <w:r>
              <w:t>51</w:t>
            </w:r>
          </w:p>
        </w:tc>
      </w:tr>
      <w:tr>
        <w:tc>
          <w:tcPr>
            <w:tcW w:type="dxa" w:w="2160"/>
          </w:tcPr>
          <w:p>
            <w:r>
              <w:t>Surface Cleaner</w:t>
            </w:r>
          </w:p>
        </w:tc>
        <w:tc>
          <w:tcPr>
            <w:tcW w:type="dxa" w:w="2160"/>
          </w:tcPr>
          <w:p>
            <w:r>
              <w:t>Natural Wood</w:t>
            </w:r>
          </w:p>
        </w:tc>
        <w:tc>
          <w:tcPr>
            <w:tcW w:type="dxa" w:w="2160"/>
          </w:tcPr>
          <w:p>
            <w:r>
              <w:t>489316</w:t>
            </w:r>
          </w:p>
        </w:tc>
        <w:tc>
          <w:tcPr>
            <w:tcW w:type="dxa" w:w="2160"/>
          </w:tcPr>
          <w:p>
            <w:r>
              <w:t>24</w:t>
            </w:r>
          </w:p>
        </w:tc>
      </w:tr>
      <w:tr>
        <w:tc>
          <w:tcPr>
            <w:tcW w:type="dxa" w:w="2160"/>
          </w:tcPr>
          <w:p>
            <w:r>
              <w:t>Laundry</w:t>
            </w:r>
          </w:p>
        </w:tc>
        <w:tc>
          <w:tcPr>
            <w:tcW w:type="dxa" w:w="2160"/>
          </w:tcPr>
          <w:p>
            <w:r>
              <w:t>Lavender Breeze Detergent</w:t>
            </w:r>
          </w:p>
        </w:tc>
        <w:tc>
          <w:tcPr>
            <w:tcW w:type="dxa" w:w="2160"/>
          </w:tcPr>
          <w:p>
            <w:r>
              <w:t>327594</w:t>
            </w:r>
          </w:p>
        </w:tc>
        <w:tc>
          <w:tcPr>
            <w:tcW w:type="dxa" w:w="2160"/>
          </w:tcPr>
          <w:p>
            <w:r>
              <w:t>44</w:t>
            </w:r>
          </w:p>
        </w:tc>
      </w:tr>
      <w:tr>
        <w:tc>
          <w:tcPr>
            <w:tcW w:type="dxa" w:w="2160"/>
          </w:tcPr>
          <w:p>
            <w:r>
              <w:t>Hand Soap</w:t>
            </w:r>
          </w:p>
        </w:tc>
        <w:tc>
          <w:tcPr>
            <w:tcW w:type="dxa" w:w="2160"/>
          </w:tcPr>
          <w:p>
            <w:r>
              <w:t>Green Tea &amp; Lemon</w:t>
            </w:r>
          </w:p>
        </w:tc>
        <w:tc>
          <w:tcPr>
            <w:tcW w:type="dxa" w:w="2160"/>
          </w:tcPr>
          <w:p>
            <w:r>
              <w:t>675832</w:t>
            </w:r>
          </w:p>
        </w:tc>
        <w:tc>
          <w:tcPr>
            <w:tcW w:type="dxa" w:w="2160"/>
          </w:tcPr>
          <w:p>
            <w:r>
              <w:t>29</w:t>
            </w:r>
          </w:p>
        </w:tc>
      </w:tr>
      <w:tr>
        <w:tc>
          <w:tcPr>
            <w:tcW w:type="dxa" w:w="2160"/>
          </w:tcPr>
          <w:p>
            <w:r>
              <w:t>Hand Soap</w:t>
            </w:r>
          </w:p>
        </w:tc>
        <w:tc>
          <w:tcPr>
            <w:tcW w:type="dxa" w:w="2160"/>
          </w:tcPr>
          <w:p>
            <w:r>
              <w:t>Rose Petal &amp; Chamomile</w:t>
            </w:r>
          </w:p>
        </w:tc>
        <w:tc>
          <w:tcPr>
            <w:tcW w:type="dxa" w:w="2160"/>
          </w:tcPr>
          <w:p>
            <w:r>
              <w:t>338912</w:t>
            </w:r>
          </w:p>
        </w:tc>
        <w:tc>
          <w:tcPr>
            <w:tcW w:type="dxa" w:w="2160"/>
          </w:tcPr>
          <w:p>
            <w:r>
              <w:t>43</w:t>
            </w:r>
          </w:p>
        </w:tc>
      </w:tr>
      <w:tr>
        <w:tc>
          <w:tcPr>
            <w:tcW w:type="dxa" w:w="2160"/>
          </w:tcPr>
          <w:p>
            <w:r>
              <w:t>Laundry</w:t>
            </w:r>
          </w:p>
        </w:tc>
        <w:tc>
          <w:tcPr>
            <w:tcW w:type="dxa" w:w="2160"/>
          </w:tcPr>
          <w:p>
            <w:r>
              <w:t>Oxygen Stain Fighter</w:t>
            </w:r>
          </w:p>
        </w:tc>
        <w:tc>
          <w:tcPr>
            <w:tcW w:type="dxa" w:w="2160"/>
          </w:tcPr>
          <w:p>
            <w:r>
              <w:t>867532</w:t>
            </w:r>
          </w:p>
        </w:tc>
        <w:tc>
          <w:tcPr>
            <w:tcW w:type="dxa" w:w="2160"/>
          </w:tcPr>
          <w:p>
            <w:r>
              <w:t>25</w:t>
            </w:r>
          </w:p>
        </w:tc>
      </w:tr>
      <w:tr>
        <w:tc>
          <w:tcPr>
            <w:tcW w:type="dxa" w:w="2160"/>
          </w:tcPr>
          <w:p>
            <w:r>
              <w:t>Surface Cleaner</w:t>
            </w:r>
          </w:p>
        </w:tc>
        <w:tc>
          <w:tcPr>
            <w:tcW w:type="dxa" w:w="2160"/>
          </w:tcPr>
          <w:p>
            <w:r>
              <w:t>All-Purpose Kitchen</w:t>
            </w:r>
          </w:p>
        </w:tc>
        <w:tc>
          <w:tcPr>
            <w:tcW w:type="dxa" w:w="2160"/>
          </w:tcPr>
          <w:p>
            <w:r>
              <w:t>269834</w:t>
            </w:r>
          </w:p>
        </w:tc>
        <w:tc>
          <w:tcPr>
            <w:tcW w:type="dxa" w:w="2160"/>
          </w:tcPr>
          <w:p>
            <w:r>
              <w:t>31</w:t>
            </w:r>
          </w:p>
        </w:tc>
      </w:tr>
      <w:tr>
        <w:tc>
          <w:tcPr>
            <w:tcW w:type="dxa" w:w="2160"/>
          </w:tcPr>
          <w:p>
            <w:r>
              <w:t>Surface Cleaner</w:t>
            </w:r>
          </w:p>
        </w:tc>
        <w:tc>
          <w:tcPr>
            <w:tcW w:type="dxa" w:w="2160"/>
          </w:tcPr>
          <w:p>
            <w:r>
              <w:t>Glass &amp; Mirror</w:t>
            </w:r>
          </w:p>
        </w:tc>
        <w:tc>
          <w:tcPr>
            <w:tcW w:type="dxa" w:w="2160"/>
          </w:tcPr>
          <w:p>
            <w:r>
              <w:t>359172</w:t>
            </w:r>
          </w:p>
        </w:tc>
        <w:tc>
          <w:tcPr>
            <w:tcW w:type="dxa" w:w="2160"/>
          </w:tcPr>
          <w:p>
            <w:r>
              <w:t>26</w:t>
            </w:r>
          </w:p>
        </w:tc>
      </w:tr>
      <w:tr>
        <w:tc>
          <w:tcPr>
            <w:tcW w:type="dxa" w:w="2160"/>
          </w:tcPr>
          <w:p>
            <w:r>
              <w:t>Laundry</w:t>
            </w:r>
          </w:p>
        </w:tc>
        <w:tc>
          <w:tcPr>
            <w:tcW w:type="dxa" w:w="2160"/>
          </w:tcPr>
          <w:p>
            <w:r>
              <w:t>Plant-Based Softener</w:t>
            </w:r>
          </w:p>
        </w:tc>
        <w:tc>
          <w:tcPr>
            <w:tcW w:type="dxa" w:w="2160"/>
          </w:tcPr>
          <w:p>
            <w:r>
              <w:t>263598</w:t>
            </w:r>
          </w:p>
        </w:tc>
        <w:tc>
          <w:tcPr>
            <w:tcW w:type="dxa" w:w="2160"/>
          </w:tcPr>
          <w:p>
            <w:r>
              <w:t>39</w:t>
            </w:r>
          </w:p>
        </w:tc>
      </w:tr>
      <w:tr>
        <w:tc>
          <w:tcPr>
            <w:tcW w:type="dxa" w:w="2160"/>
          </w:tcPr>
          <w:p>
            <w:r>
              <w:t>Dishwashing</w:t>
            </w:r>
          </w:p>
        </w:tc>
        <w:tc>
          <w:tcPr>
            <w:tcW w:type="dxa" w:w="2160"/>
          </w:tcPr>
          <w:p>
            <w:r>
              <w:t>Orange &amp; Clove</w:t>
            </w:r>
          </w:p>
        </w:tc>
        <w:tc>
          <w:tcPr>
            <w:tcW w:type="dxa" w:w="2160"/>
          </w:tcPr>
          <w:p>
            <w:r>
              <w:t>148726</w:t>
            </w:r>
          </w:p>
        </w:tc>
        <w:tc>
          <w:tcPr>
            <w:tcW w:type="dxa" w:w="2160"/>
          </w:tcPr>
          <w:p>
            <w:r>
              <w:t>38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